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10658" w14:textId="77777777" w:rsidR="00FB05A0" w:rsidRPr="00FB05A0" w:rsidRDefault="00FB05A0" w:rsidP="00FB05A0">
      <w:pPr>
        <w:rPr>
          <w:b/>
          <w:bCs/>
          <w:lang w:val="sr-Latn-RS"/>
        </w:rPr>
      </w:pPr>
      <w:r w:rsidRPr="00FB05A0">
        <w:rPr>
          <w:b/>
          <w:bCs/>
          <w:lang w:val="sr-Latn-RS"/>
        </w:rPr>
        <w:t>PRILOG 1 – PRIJAVNI OBRAZAC I FINANSIJSKA PONUDA</w:t>
      </w:r>
    </w:p>
    <w:p w14:paraId="0F2D145F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Projekat:</w:t>
      </w:r>
      <w:r w:rsidRPr="00FB05A0">
        <w:rPr>
          <w:lang w:val="sr-Latn-RS"/>
        </w:rPr>
        <w:t xml:space="preserve"> </w:t>
      </w:r>
      <w:proofErr w:type="spellStart"/>
      <w:r w:rsidRPr="00FB05A0">
        <w:rPr>
          <w:lang w:val="sr-Latn-RS"/>
        </w:rPr>
        <w:t>Enhancing</w:t>
      </w:r>
      <w:proofErr w:type="spellEnd"/>
      <w:r w:rsidRPr="00FB05A0">
        <w:rPr>
          <w:lang w:val="sr-Latn-RS"/>
        </w:rPr>
        <w:t xml:space="preserve"> Roma </w:t>
      </w:r>
      <w:proofErr w:type="spellStart"/>
      <w:r w:rsidRPr="00FB05A0">
        <w:rPr>
          <w:lang w:val="sr-Latn-RS"/>
        </w:rPr>
        <w:t>Employment</w:t>
      </w:r>
      <w:proofErr w:type="spellEnd"/>
      <w:r w:rsidRPr="00FB05A0">
        <w:rPr>
          <w:lang w:val="sr-Latn-RS"/>
        </w:rPr>
        <w:t xml:space="preserve"> </w:t>
      </w:r>
      <w:proofErr w:type="spellStart"/>
      <w:r w:rsidRPr="00FB05A0">
        <w:rPr>
          <w:lang w:val="sr-Latn-RS"/>
        </w:rPr>
        <w:t>for</w:t>
      </w:r>
      <w:proofErr w:type="spellEnd"/>
      <w:r w:rsidRPr="00FB05A0">
        <w:rPr>
          <w:lang w:val="sr-Latn-RS"/>
        </w:rPr>
        <w:t xml:space="preserve"> </w:t>
      </w:r>
      <w:proofErr w:type="spellStart"/>
      <w:r w:rsidRPr="00FB05A0">
        <w:rPr>
          <w:lang w:val="sr-Latn-RS"/>
        </w:rPr>
        <w:t>Economic</w:t>
      </w:r>
      <w:proofErr w:type="spellEnd"/>
      <w:r w:rsidRPr="00FB05A0">
        <w:rPr>
          <w:lang w:val="sr-Latn-RS"/>
        </w:rPr>
        <w:t xml:space="preserve"> </w:t>
      </w:r>
      <w:proofErr w:type="spellStart"/>
      <w:r w:rsidRPr="00FB05A0">
        <w:rPr>
          <w:lang w:val="sr-Latn-RS"/>
        </w:rPr>
        <w:t>Empowerment</w:t>
      </w:r>
      <w:proofErr w:type="spellEnd"/>
      <w:r w:rsidRPr="00FB05A0">
        <w:rPr>
          <w:lang w:val="sr-Latn-RS"/>
        </w:rPr>
        <w:br/>
      </w:r>
      <w:r w:rsidRPr="00FB05A0">
        <w:rPr>
          <w:b/>
          <w:bCs/>
          <w:lang w:val="sr-Latn-RS"/>
        </w:rPr>
        <w:t>Broj projekta:</w:t>
      </w:r>
      <w:r w:rsidRPr="00FB05A0">
        <w:rPr>
          <w:lang w:val="sr-Latn-RS"/>
        </w:rPr>
        <w:t xml:space="preserve"> SODI-PN: 2310RS110</w:t>
      </w:r>
    </w:p>
    <w:p w14:paraId="4F732F0B" w14:textId="77777777" w:rsidR="00FB05A0" w:rsidRPr="00FB05A0" w:rsidRDefault="00FB05A0" w:rsidP="00FB05A0">
      <w:pPr>
        <w:rPr>
          <w:b/>
          <w:bCs/>
          <w:lang w:val="sr-Latn-RS"/>
        </w:rPr>
      </w:pPr>
      <w:r w:rsidRPr="00FB05A0">
        <w:rPr>
          <w:b/>
          <w:bCs/>
          <w:lang w:val="sr-Latn-RS"/>
        </w:rPr>
        <w:t>A. Podaci o ponuđaču</w:t>
      </w:r>
    </w:p>
    <w:p w14:paraId="10E08B1F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Ime i prezime / naziv pravnog lica:</w:t>
      </w:r>
    </w:p>
    <w:p w14:paraId="1145DABD" w14:textId="6DECFFED" w:rsidR="00FB05A0" w:rsidRPr="00FB05A0" w:rsidRDefault="00FB05A0" w:rsidP="00FB05A0">
      <w:pPr>
        <w:rPr>
          <w:lang w:val="sr-Latn-RS"/>
        </w:rPr>
      </w:pPr>
    </w:p>
    <w:p w14:paraId="3FE53A29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Adresa / sedište:</w:t>
      </w:r>
    </w:p>
    <w:p w14:paraId="57F504E5" w14:textId="382323B4" w:rsidR="00FB05A0" w:rsidRPr="00FB05A0" w:rsidRDefault="00FB05A0" w:rsidP="00FB05A0">
      <w:pPr>
        <w:rPr>
          <w:lang w:val="sr-Latn-RS"/>
        </w:rPr>
      </w:pPr>
    </w:p>
    <w:p w14:paraId="6DC9A266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Kontakt osoba (za pravna lica):</w:t>
      </w:r>
    </w:p>
    <w:p w14:paraId="6B6821C2" w14:textId="371D8CEE" w:rsidR="00FB05A0" w:rsidRPr="00FB05A0" w:rsidRDefault="00FB05A0" w:rsidP="00FB05A0">
      <w:pPr>
        <w:rPr>
          <w:lang w:val="sr-Latn-RS"/>
        </w:rPr>
      </w:pPr>
    </w:p>
    <w:p w14:paraId="14E3EF50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Telefon i elektronska pošta:</w:t>
      </w:r>
    </w:p>
    <w:p w14:paraId="07608FD5" w14:textId="03B44674" w:rsidR="00FB05A0" w:rsidRPr="00FB05A0" w:rsidRDefault="00FB05A0" w:rsidP="00FB05A0">
      <w:pPr>
        <w:rPr>
          <w:lang w:val="sr-Latn-RS"/>
        </w:rPr>
      </w:pPr>
    </w:p>
    <w:p w14:paraId="1E7A8199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PIB / matični broj (ako je primenljivo):</w:t>
      </w:r>
    </w:p>
    <w:p w14:paraId="5CCA8C4B" w14:textId="35FF8843" w:rsidR="00FB05A0" w:rsidRPr="00FB05A0" w:rsidRDefault="00FB05A0" w:rsidP="00FB05A0">
      <w:pPr>
        <w:rPr>
          <w:lang w:val="sr-Latn-RS"/>
        </w:rPr>
      </w:pPr>
    </w:p>
    <w:p w14:paraId="6174FE8C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Status ponuđača:</w:t>
      </w:r>
      <w:r w:rsidRPr="00FB05A0">
        <w:rPr>
          <w:lang w:val="sr-Latn-RS"/>
        </w:rPr>
        <w:br/>
        <w:t>☐ Fizičko lice</w:t>
      </w:r>
      <w:r w:rsidRPr="00FB05A0">
        <w:rPr>
          <w:lang w:val="sr-Latn-RS"/>
        </w:rPr>
        <w:br/>
        <w:t>☐ Preduzetnik</w:t>
      </w:r>
      <w:r w:rsidRPr="00FB05A0">
        <w:rPr>
          <w:lang w:val="sr-Latn-RS"/>
        </w:rPr>
        <w:br/>
        <w:t>☐ Pravno lice</w:t>
      </w:r>
    </w:p>
    <w:p w14:paraId="605630E0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Partija/e za koje se podnosi ponuda:</w:t>
      </w:r>
      <w:r w:rsidRPr="00FB05A0">
        <w:rPr>
          <w:lang w:val="sr-Latn-RS"/>
        </w:rPr>
        <w:br/>
        <w:t>☐ LOT 1 – Poslovno i finansijsko savetovanje</w:t>
      </w:r>
      <w:r w:rsidRPr="00FB05A0">
        <w:rPr>
          <w:lang w:val="sr-Latn-RS"/>
        </w:rPr>
        <w:br/>
        <w:t>☐ LOT 2 – Računovodstveno i poresko savetovanje</w:t>
      </w:r>
      <w:r w:rsidRPr="00FB05A0">
        <w:rPr>
          <w:lang w:val="sr-Latn-RS"/>
        </w:rPr>
        <w:br/>
        <w:t>☐ LOT 3 – Pravno savetovanje</w:t>
      </w:r>
      <w:r w:rsidRPr="00FB05A0">
        <w:rPr>
          <w:lang w:val="sr-Latn-RS"/>
        </w:rPr>
        <w:br/>
        <w:t>☐ LOT 4 – IT podrška i digitalno poslovanje</w:t>
      </w:r>
    </w:p>
    <w:p w14:paraId="659DF06B" w14:textId="77777777" w:rsidR="00FB05A0" w:rsidRPr="00FB05A0" w:rsidRDefault="00FB05A0" w:rsidP="00FB05A0">
      <w:pPr>
        <w:rPr>
          <w:b/>
          <w:bCs/>
          <w:lang w:val="sr-Latn-RS"/>
        </w:rPr>
      </w:pPr>
      <w:r w:rsidRPr="00FB05A0">
        <w:rPr>
          <w:b/>
          <w:bCs/>
          <w:lang w:val="sr-Latn-RS"/>
        </w:rPr>
        <w:t>B. Stručni kapaciteti i reference</w:t>
      </w:r>
    </w:p>
    <w:p w14:paraId="771D1A0D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Ime i prezime stručnjaka koji će realizovati aktivnosti:</w:t>
      </w:r>
    </w:p>
    <w:p w14:paraId="327D551E" w14:textId="271B4E0E" w:rsidR="00FB05A0" w:rsidRPr="00FB05A0" w:rsidRDefault="00FB05A0" w:rsidP="00FB05A0">
      <w:pPr>
        <w:rPr>
          <w:lang w:val="sr-Latn-RS"/>
        </w:rPr>
      </w:pPr>
    </w:p>
    <w:p w14:paraId="0D372510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Stručna sprema, kvalifikacije i profesionalna ovlašćenja:</w:t>
      </w:r>
    </w:p>
    <w:p w14:paraId="17957D07" w14:textId="5D8E2F26" w:rsidR="00FB05A0" w:rsidRPr="00FB05A0" w:rsidRDefault="00FB05A0" w:rsidP="00FB05A0">
      <w:pPr>
        <w:rPr>
          <w:lang w:val="sr-Latn-RS"/>
        </w:rPr>
      </w:pPr>
    </w:p>
    <w:p w14:paraId="5CEA4172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Kratak opis relevantnog iskustva i prethodnih angažovanja:</w:t>
      </w:r>
    </w:p>
    <w:p w14:paraId="21DD8C55" w14:textId="32B3AA42" w:rsidR="00FB05A0" w:rsidRPr="00FB05A0" w:rsidRDefault="00FB05A0" w:rsidP="00FB05A0">
      <w:pPr>
        <w:rPr>
          <w:lang w:val="sr-Latn-RS"/>
        </w:rPr>
      </w:pPr>
    </w:p>
    <w:p w14:paraId="4B5D4B28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Iskustvo u savetovanju mikro i malih preduzeća i preduzetnika:</w:t>
      </w:r>
    </w:p>
    <w:p w14:paraId="551912CC" w14:textId="31977D92" w:rsidR="00FB05A0" w:rsidRPr="00FB05A0" w:rsidRDefault="00FB05A0" w:rsidP="00FB05A0">
      <w:pPr>
        <w:rPr>
          <w:lang w:val="sr-Latn-RS"/>
        </w:rPr>
      </w:pPr>
    </w:p>
    <w:p w14:paraId="3DF31113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Reference relevantne za ponuđenu partiju:</w:t>
      </w:r>
    </w:p>
    <w:p w14:paraId="30E2CE22" w14:textId="1BB90A7B" w:rsidR="00FB05A0" w:rsidRPr="00FB05A0" w:rsidRDefault="00FB05A0" w:rsidP="00FB05A0">
      <w:pPr>
        <w:rPr>
          <w:lang w:val="sr-Latn-RS"/>
        </w:rPr>
      </w:pPr>
    </w:p>
    <w:p w14:paraId="080ACC17" w14:textId="77777777" w:rsidR="00FB05A0" w:rsidRPr="00FB05A0" w:rsidRDefault="00FB05A0" w:rsidP="00FB05A0">
      <w:pPr>
        <w:rPr>
          <w:lang w:val="sr-Latn-RS"/>
        </w:rPr>
      </w:pPr>
      <w:r w:rsidRPr="00FB05A0">
        <w:rPr>
          <w:lang w:val="sr-Latn-RS"/>
        </w:rPr>
        <w:t>CV i druga relevantna dokumentacija dostavljaju se u prilogu.</w:t>
      </w:r>
    </w:p>
    <w:p w14:paraId="21444AC0" w14:textId="77777777" w:rsidR="00FB05A0" w:rsidRPr="00FB05A0" w:rsidRDefault="00FB05A0" w:rsidP="00FB05A0">
      <w:pPr>
        <w:rPr>
          <w:b/>
          <w:bCs/>
          <w:lang w:val="sr-Latn-RS"/>
        </w:rPr>
      </w:pPr>
      <w:r w:rsidRPr="00FB05A0">
        <w:rPr>
          <w:b/>
          <w:bCs/>
          <w:lang w:val="sr-Latn-RS"/>
        </w:rPr>
        <w:t>C. Predložena metodologija rada</w:t>
      </w:r>
    </w:p>
    <w:p w14:paraId="53F46AA9" w14:textId="77777777" w:rsidR="00FB05A0" w:rsidRPr="00FB05A0" w:rsidRDefault="00FB05A0" w:rsidP="00FB05A0">
      <w:pPr>
        <w:rPr>
          <w:lang w:val="sr-Latn-RS"/>
        </w:rPr>
      </w:pPr>
      <w:r w:rsidRPr="00FB05A0">
        <w:rPr>
          <w:lang w:val="sr-Latn-RS"/>
        </w:rPr>
        <w:t>Ponuđač treba ukratko da predstavi predloženi pristup pružanju podrške, posebno:</w:t>
      </w:r>
    </w:p>
    <w:p w14:paraId="62ACB719" w14:textId="77777777" w:rsidR="00FB05A0" w:rsidRPr="00FB05A0" w:rsidRDefault="00FB05A0" w:rsidP="00FB05A0">
      <w:pPr>
        <w:numPr>
          <w:ilvl w:val="0"/>
          <w:numId w:val="17"/>
        </w:numPr>
        <w:spacing w:after="0"/>
        <w:rPr>
          <w:lang w:val="sr-Latn-RS"/>
        </w:rPr>
      </w:pPr>
      <w:r w:rsidRPr="00FB05A0">
        <w:rPr>
          <w:lang w:val="sr-Latn-RS"/>
        </w:rPr>
        <w:t>Način sprovođenja početne procene potreba korisnika;</w:t>
      </w:r>
    </w:p>
    <w:p w14:paraId="16F934E4" w14:textId="77777777" w:rsidR="00FB05A0" w:rsidRPr="00FB05A0" w:rsidRDefault="00FB05A0" w:rsidP="00FB05A0">
      <w:pPr>
        <w:numPr>
          <w:ilvl w:val="0"/>
          <w:numId w:val="17"/>
        </w:numPr>
        <w:spacing w:after="0"/>
        <w:rPr>
          <w:lang w:val="sr-Latn-RS"/>
        </w:rPr>
      </w:pPr>
      <w:r w:rsidRPr="00FB05A0">
        <w:rPr>
          <w:lang w:val="sr-Latn-RS"/>
        </w:rPr>
        <w:t>Pristup izradi individualnih planova podrške;</w:t>
      </w:r>
    </w:p>
    <w:p w14:paraId="716EDD80" w14:textId="77777777" w:rsidR="00FB05A0" w:rsidRPr="00FB05A0" w:rsidRDefault="00FB05A0" w:rsidP="00FB05A0">
      <w:pPr>
        <w:numPr>
          <w:ilvl w:val="0"/>
          <w:numId w:val="17"/>
        </w:numPr>
        <w:spacing w:after="0"/>
        <w:rPr>
          <w:lang w:val="sr-Latn-RS"/>
        </w:rPr>
      </w:pPr>
      <w:r w:rsidRPr="00FB05A0">
        <w:rPr>
          <w:lang w:val="sr-Latn-RS"/>
        </w:rPr>
        <w:t>Planirane metode individualnog i praktičnog savetovanja;</w:t>
      </w:r>
    </w:p>
    <w:p w14:paraId="45346D10" w14:textId="77777777" w:rsidR="00FB05A0" w:rsidRPr="00FB05A0" w:rsidRDefault="00FB05A0" w:rsidP="00FB05A0">
      <w:pPr>
        <w:numPr>
          <w:ilvl w:val="0"/>
          <w:numId w:val="17"/>
        </w:numPr>
        <w:spacing w:after="0"/>
        <w:rPr>
          <w:lang w:val="sr-Latn-RS"/>
        </w:rPr>
      </w:pPr>
      <w:r w:rsidRPr="00FB05A0">
        <w:rPr>
          <w:lang w:val="sr-Latn-RS"/>
        </w:rPr>
        <w:t>Način praćenja rezultata i dokumentovanja realizovanih usluga;</w:t>
      </w:r>
    </w:p>
    <w:p w14:paraId="0748D881" w14:textId="77777777" w:rsidR="00FB05A0" w:rsidRPr="00FB05A0" w:rsidRDefault="00FB05A0" w:rsidP="00FB05A0">
      <w:pPr>
        <w:numPr>
          <w:ilvl w:val="0"/>
          <w:numId w:val="17"/>
        </w:numPr>
        <w:spacing w:after="0"/>
        <w:rPr>
          <w:lang w:val="sr-Latn-RS"/>
        </w:rPr>
      </w:pPr>
      <w:r w:rsidRPr="00FB05A0">
        <w:rPr>
          <w:lang w:val="sr-Latn-RS"/>
        </w:rPr>
        <w:t>Organizaciju rada i raspoloživost za pružanje usluga u Mladenovcu.</w:t>
      </w:r>
    </w:p>
    <w:p w14:paraId="10A6909A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lastRenderedPageBreak/>
        <w:t>Opis metodologije (može se dostaviti i kao poseban prilog):</w:t>
      </w:r>
    </w:p>
    <w:p w14:paraId="61061F36" w14:textId="24D3CC41" w:rsidR="00FB05A0" w:rsidRPr="00FB05A0" w:rsidRDefault="00FB05A0" w:rsidP="00FB05A0">
      <w:pPr>
        <w:rPr>
          <w:lang w:val="sr-Latn-RS"/>
        </w:rPr>
      </w:pPr>
    </w:p>
    <w:p w14:paraId="42E84E75" w14:textId="6C4F9C99" w:rsidR="00FB05A0" w:rsidRPr="00FB05A0" w:rsidRDefault="00FB05A0" w:rsidP="00FB05A0">
      <w:pPr>
        <w:rPr>
          <w:lang w:val="sr-Latn-RS"/>
        </w:rPr>
      </w:pPr>
    </w:p>
    <w:p w14:paraId="6516B14C" w14:textId="45378242" w:rsidR="00FB05A0" w:rsidRPr="00FB05A0" w:rsidRDefault="00FB05A0" w:rsidP="00FB05A0">
      <w:pPr>
        <w:rPr>
          <w:lang w:val="sr-Latn-RS"/>
        </w:rPr>
      </w:pPr>
    </w:p>
    <w:p w14:paraId="329CA5CC" w14:textId="77777777" w:rsidR="00FB05A0" w:rsidRPr="00FB05A0" w:rsidRDefault="00FB05A0" w:rsidP="00FB05A0">
      <w:pPr>
        <w:rPr>
          <w:b/>
          <w:bCs/>
          <w:lang w:val="sr-Latn-RS"/>
        </w:rPr>
      </w:pPr>
      <w:r w:rsidRPr="00FB05A0">
        <w:rPr>
          <w:b/>
          <w:bCs/>
          <w:lang w:val="sr-Latn-RS"/>
        </w:rPr>
        <w:t>D. Finansijska ponuda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"/>
        <w:gridCol w:w="1831"/>
        <w:gridCol w:w="1831"/>
        <w:gridCol w:w="1672"/>
        <w:gridCol w:w="1634"/>
      </w:tblGrid>
      <w:tr w:rsidR="00FB05A0" w:rsidRPr="00FB05A0" w14:paraId="5BEEF5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91603F" w14:textId="77777777" w:rsidR="00FB05A0" w:rsidRPr="00FB05A0" w:rsidRDefault="00FB05A0" w:rsidP="00FB05A0">
            <w:pPr>
              <w:rPr>
                <w:b/>
                <w:bCs/>
                <w:lang w:val="sr-Latn-RS"/>
              </w:rPr>
            </w:pPr>
            <w:r w:rsidRPr="00FB05A0">
              <w:rPr>
                <w:b/>
                <w:bCs/>
                <w:lang w:val="sr-Latn-RS"/>
              </w:rPr>
              <w:t>LOT</w:t>
            </w:r>
          </w:p>
        </w:tc>
        <w:tc>
          <w:tcPr>
            <w:tcW w:w="0" w:type="auto"/>
            <w:vAlign w:val="center"/>
            <w:hideMark/>
          </w:tcPr>
          <w:p w14:paraId="6A262242" w14:textId="77777777" w:rsidR="00FB05A0" w:rsidRPr="00FB05A0" w:rsidRDefault="00FB05A0" w:rsidP="00FB05A0">
            <w:pPr>
              <w:rPr>
                <w:b/>
                <w:bCs/>
                <w:lang w:val="sr-Latn-RS"/>
              </w:rPr>
            </w:pPr>
            <w:r w:rsidRPr="00FB05A0">
              <w:rPr>
                <w:b/>
                <w:bCs/>
                <w:lang w:val="sr-Latn-RS"/>
              </w:rPr>
              <w:t>Maks. broj dana 2026.</w:t>
            </w:r>
          </w:p>
        </w:tc>
        <w:tc>
          <w:tcPr>
            <w:tcW w:w="0" w:type="auto"/>
            <w:vAlign w:val="center"/>
            <w:hideMark/>
          </w:tcPr>
          <w:p w14:paraId="53FD21DB" w14:textId="77777777" w:rsidR="00FB05A0" w:rsidRPr="00FB05A0" w:rsidRDefault="00FB05A0" w:rsidP="00FB05A0">
            <w:pPr>
              <w:rPr>
                <w:b/>
                <w:bCs/>
                <w:lang w:val="sr-Latn-RS"/>
              </w:rPr>
            </w:pPr>
            <w:r w:rsidRPr="00FB05A0">
              <w:rPr>
                <w:b/>
                <w:bCs/>
                <w:lang w:val="sr-Latn-RS"/>
              </w:rPr>
              <w:t>Maks. broj dana 2027.</w:t>
            </w:r>
          </w:p>
        </w:tc>
        <w:tc>
          <w:tcPr>
            <w:tcW w:w="0" w:type="auto"/>
            <w:vAlign w:val="center"/>
            <w:hideMark/>
          </w:tcPr>
          <w:p w14:paraId="3108AD45" w14:textId="77777777" w:rsidR="00FB05A0" w:rsidRPr="00FB05A0" w:rsidRDefault="00FB05A0" w:rsidP="00FB05A0">
            <w:pPr>
              <w:rPr>
                <w:b/>
                <w:bCs/>
                <w:lang w:val="sr-Latn-RS"/>
              </w:rPr>
            </w:pPr>
            <w:r w:rsidRPr="00FB05A0">
              <w:rPr>
                <w:b/>
                <w:bCs/>
                <w:lang w:val="sr-Latn-RS"/>
              </w:rPr>
              <w:t>Cena po danu (EUR)</w:t>
            </w:r>
          </w:p>
        </w:tc>
        <w:tc>
          <w:tcPr>
            <w:tcW w:w="0" w:type="auto"/>
            <w:vAlign w:val="center"/>
            <w:hideMark/>
          </w:tcPr>
          <w:p w14:paraId="34EBFA52" w14:textId="77777777" w:rsidR="00FB05A0" w:rsidRPr="00FB05A0" w:rsidRDefault="00FB05A0" w:rsidP="00FB05A0">
            <w:pPr>
              <w:rPr>
                <w:b/>
                <w:bCs/>
                <w:lang w:val="sr-Latn-RS"/>
              </w:rPr>
            </w:pPr>
            <w:r w:rsidRPr="00FB05A0">
              <w:rPr>
                <w:b/>
                <w:bCs/>
                <w:lang w:val="sr-Latn-RS"/>
              </w:rPr>
              <w:t>Ukupna cena (EUR)</w:t>
            </w:r>
          </w:p>
        </w:tc>
      </w:tr>
      <w:tr w:rsidR="00FB05A0" w:rsidRPr="00FB05A0" w14:paraId="279F15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5A92C5" w14:textId="77777777" w:rsidR="00FB05A0" w:rsidRPr="00FB05A0" w:rsidRDefault="00FB05A0" w:rsidP="00FB05A0">
            <w:pPr>
              <w:rPr>
                <w:lang w:val="sr-Latn-RS"/>
              </w:rPr>
            </w:pPr>
            <w:r w:rsidRPr="00FB05A0">
              <w:rPr>
                <w:lang w:val="sr-Latn-RS"/>
              </w:rPr>
              <w:t>LOT 1</w:t>
            </w:r>
          </w:p>
        </w:tc>
        <w:tc>
          <w:tcPr>
            <w:tcW w:w="0" w:type="auto"/>
            <w:vAlign w:val="center"/>
            <w:hideMark/>
          </w:tcPr>
          <w:p w14:paraId="22BD82F5" w14:textId="77777777" w:rsidR="00FB05A0" w:rsidRPr="00FB05A0" w:rsidRDefault="00FB05A0" w:rsidP="00FB05A0">
            <w:pPr>
              <w:rPr>
                <w:lang w:val="sr-Latn-RS"/>
              </w:rPr>
            </w:pPr>
            <w:r w:rsidRPr="00FB05A0">
              <w:rPr>
                <w:lang w:val="sr-Latn-RS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B55C05A" w14:textId="77777777" w:rsidR="00FB05A0" w:rsidRPr="00FB05A0" w:rsidRDefault="00FB05A0" w:rsidP="00FB05A0">
            <w:pPr>
              <w:rPr>
                <w:lang w:val="sr-Latn-RS"/>
              </w:rPr>
            </w:pPr>
            <w:r w:rsidRPr="00FB05A0">
              <w:rPr>
                <w:lang w:val="sr-Latn-RS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3C12440" w14:textId="77777777" w:rsidR="00FB05A0" w:rsidRPr="00FB05A0" w:rsidRDefault="00FB05A0" w:rsidP="00FB05A0">
            <w:pPr>
              <w:rPr>
                <w:lang w:val="sr-Latn-RS"/>
              </w:rPr>
            </w:pPr>
          </w:p>
        </w:tc>
        <w:tc>
          <w:tcPr>
            <w:tcW w:w="0" w:type="auto"/>
            <w:vAlign w:val="center"/>
            <w:hideMark/>
          </w:tcPr>
          <w:p w14:paraId="23985FC7" w14:textId="77777777" w:rsidR="00FB05A0" w:rsidRPr="00FB05A0" w:rsidRDefault="00FB05A0" w:rsidP="00FB05A0">
            <w:pPr>
              <w:rPr>
                <w:lang w:val="sr-Latn-RS"/>
              </w:rPr>
            </w:pPr>
          </w:p>
        </w:tc>
      </w:tr>
      <w:tr w:rsidR="00FB05A0" w:rsidRPr="00FB05A0" w14:paraId="0C86CD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060962" w14:textId="77777777" w:rsidR="00FB05A0" w:rsidRPr="00FB05A0" w:rsidRDefault="00FB05A0" w:rsidP="00FB05A0">
            <w:pPr>
              <w:rPr>
                <w:lang w:val="sr-Latn-RS"/>
              </w:rPr>
            </w:pPr>
            <w:r w:rsidRPr="00FB05A0">
              <w:rPr>
                <w:lang w:val="sr-Latn-RS"/>
              </w:rPr>
              <w:t>LOT 2</w:t>
            </w:r>
          </w:p>
        </w:tc>
        <w:tc>
          <w:tcPr>
            <w:tcW w:w="0" w:type="auto"/>
            <w:vAlign w:val="center"/>
            <w:hideMark/>
          </w:tcPr>
          <w:p w14:paraId="0BA2C813" w14:textId="77777777" w:rsidR="00FB05A0" w:rsidRPr="00FB05A0" w:rsidRDefault="00FB05A0" w:rsidP="00FB05A0">
            <w:pPr>
              <w:rPr>
                <w:lang w:val="sr-Latn-RS"/>
              </w:rPr>
            </w:pPr>
            <w:r w:rsidRPr="00FB05A0">
              <w:rPr>
                <w:lang w:val="sr-Latn-RS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7EE241B6" w14:textId="77777777" w:rsidR="00FB05A0" w:rsidRPr="00FB05A0" w:rsidRDefault="00FB05A0" w:rsidP="00FB05A0">
            <w:pPr>
              <w:rPr>
                <w:lang w:val="sr-Latn-RS"/>
              </w:rPr>
            </w:pPr>
            <w:r w:rsidRPr="00FB05A0">
              <w:rPr>
                <w:lang w:val="sr-Latn-RS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8FFE7E4" w14:textId="77777777" w:rsidR="00FB05A0" w:rsidRPr="00FB05A0" w:rsidRDefault="00FB05A0" w:rsidP="00FB05A0">
            <w:pPr>
              <w:rPr>
                <w:lang w:val="sr-Latn-RS"/>
              </w:rPr>
            </w:pPr>
          </w:p>
        </w:tc>
        <w:tc>
          <w:tcPr>
            <w:tcW w:w="0" w:type="auto"/>
            <w:vAlign w:val="center"/>
            <w:hideMark/>
          </w:tcPr>
          <w:p w14:paraId="1C6FEA93" w14:textId="77777777" w:rsidR="00FB05A0" w:rsidRPr="00FB05A0" w:rsidRDefault="00FB05A0" w:rsidP="00FB05A0">
            <w:pPr>
              <w:rPr>
                <w:lang w:val="sr-Latn-RS"/>
              </w:rPr>
            </w:pPr>
          </w:p>
        </w:tc>
      </w:tr>
      <w:tr w:rsidR="00FB05A0" w:rsidRPr="00FB05A0" w14:paraId="02706C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89D892" w14:textId="77777777" w:rsidR="00FB05A0" w:rsidRPr="00FB05A0" w:rsidRDefault="00FB05A0" w:rsidP="00FB05A0">
            <w:pPr>
              <w:rPr>
                <w:lang w:val="sr-Latn-RS"/>
              </w:rPr>
            </w:pPr>
            <w:r w:rsidRPr="00FB05A0">
              <w:rPr>
                <w:lang w:val="sr-Latn-RS"/>
              </w:rPr>
              <w:t>LOT 3</w:t>
            </w:r>
          </w:p>
        </w:tc>
        <w:tc>
          <w:tcPr>
            <w:tcW w:w="0" w:type="auto"/>
            <w:vAlign w:val="center"/>
            <w:hideMark/>
          </w:tcPr>
          <w:p w14:paraId="05463428" w14:textId="77777777" w:rsidR="00FB05A0" w:rsidRPr="00FB05A0" w:rsidRDefault="00FB05A0" w:rsidP="00FB05A0">
            <w:pPr>
              <w:rPr>
                <w:lang w:val="sr-Latn-RS"/>
              </w:rPr>
            </w:pPr>
            <w:r w:rsidRPr="00FB05A0">
              <w:rPr>
                <w:lang w:val="sr-Latn-R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14B9135" w14:textId="77777777" w:rsidR="00FB05A0" w:rsidRPr="00FB05A0" w:rsidRDefault="00FB05A0" w:rsidP="00FB05A0">
            <w:pPr>
              <w:rPr>
                <w:lang w:val="sr-Latn-RS"/>
              </w:rPr>
            </w:pPr>
            <w:r w:rsidRPr="00FB05A0">
              <w:rPr>
                <w:lang w:val="sr-Latn-R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B0EA4AC" w14:textId="77777777" w:rsidR="00FB05A0" w:rsidRPr="00FB05A0" w:rsidRDefault="00FB05A0" w:rsidP="00FB05A0">
            <w:pPr>
              <w:rPr>
                <w:lang w:val="sr-Latn-RS"/>
              </w:rPr>
            </w:pPr>
          </w:p>
        </w:tc>
        <w:tc>
          <w:tcPr>
            <w:tcW w:w="0" w:type="auto"/>
            <w:vAlign w:val="center"/>
            <w:hideMark/>
          </w:tcPr>
          <w:p w14:paraId="7BD05597" w14:textId="77777777" w:rsidR="00FB05A0" w:rsidRPr="00FB05A0" w:rsidRDefault="00FB05A0" w:rsidP="00FB05A0">
            <w:pPr>
              <w:rPr>
                <w:lang w:val="sr-Latn-RS"/>
              </w:rPr>
            </w:pPr>
          </w:p>
        </w:tc>
      </w:tr>
      <w:tr w:rsidR="00FB05A0" w:rsidRPr="00FB05A0" w14:paraId="1DD930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E7071" w14:textId="77777777" w:rsidR="00FB05A0" w:rsidRPr="00FB05A0" w:rsidRDefault="00FB05A0" w:rsidP="00FB05A0">
            <w:pPr>
              <w:rPr>
                <w:lang w:val="sr-Latn-RS"/>
              </w:rPr>
            </w:pPr>
            <w:r w:rsidRPr="00FB05A0">
              <w:rPr>
                <w:lang w:val="sr-Latn-RS"/>
              </w:rPr>
              <w:t>LOT 4</w:t>
            </w:r>
          </w:p>
        </w:tc>
        <w:tc>
          <w:tcPr>
            <w:tcW w:w="0" w:type="auto"/>
            <w:vAlign w:val="center"/>
            <w:hideMark/>
          </w:tcPr>
          <w:p w14:paraId="152C7D04" w14:textId="77777777" w:rsidR="00FB05A0" w:rsidRPr="00FB05A0" w:rsidRDefault="00FB05A0" w:rsidP="00FB05A0">
            <w:pPr>
              <w:rPr>
                <w:lang w:val="sr-Latn-RS"/>
              </w:rPr>
            </w:pPr>
            <w:r w:rsidRPr="00FB05A0">
              <w:rPr>
                <w:lang w:val="sr-Latn-RS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6C4C463" w14:textId="77777777" w:rsidR="00FB05A0" w:rsidRPr="00FB05A0" w:rsidRDefault="00FB05A0" w:rsidP="00FB05A0">
            <w:pPr>
              <w:rPr>
                <w:lang w:val="sr-Latn-RS"/>
              </w:rPr>
            </w:pPr>
            <w:r w:rsidRPr="00FB05A0">
              <w:rPr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5AF042D" w14:textId="77777777" w:rsidR="00FB05A0" w:rsidRPr="00FB05A0" w:rsidRDefault="00FB05A0" w:rsidP="00FB05A0">
            <w:pPr>
              <w:rPr>
                <w:lang w:val="sr-Latn-RS"/>
              </w:rPr>
            </w:pPr>
          </w:p>
        </w:tc>
        <w:tc>
          <w:tcPr>
            <w:tcW w:w="0" w:type="auto"/>
            <w:vAlign w:val="center"/>
            <w:hideMark/>
          </w:tcPr>
          <w:p w14:paraId="463FEFA4" w14:textId="77777777" w:rsidR="00FB05A0" w:rsidRPr="00FB05A0" w:rsidRDefault="00FB05A0" w:rsidP="00FB05A0">
            <w:pPr>
              <w:rPr>
                <w:lang w:val="sr-Latn-RS"/>
              </w:rPr>
            </w:pPr>
          </w:p>
        </w:tc>
      </w:tr>
    </w:tbl>
    <w:p w14:paraId="3021F638" w14:textId="3D378292" w:rsidR="00FB05A0" w:rsidRPr="00FB05A0" w:rsidRDefault="00FB05A0" w:rsidP="00FB05A0">
      <w:pPr>
        <w:rPr>
          <w:lang w:val="sr-Latn-RS"/>
        </w:rPr>
      </w:pPr>
      <w:r w:rsidRPr="00FB05A0">
        <w:rPr>
          <w:lang w:val="sr-Latn-RS"/>
        </w:rPr>
        <w:t>Popuniti samo redove za partije za koje se dostavlja ponuda.</w:t>
      </w:r>
      <w:r>
        <w:rPr>
          <w:lang w:val="sr-Latn-RS"/>
        </w:rPr>
        <w:t xml:space="preserve"> I to u bruto iznosu.</w:t>
      </w:r>
    </w:p>
    <w:p w14:paraId="21EF9B49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Poreski status ponuđača i način obračuna poreza:</w:t>
      </w:r>
    </w:p>
    <w:p w14:paraId="00250A4D" w14:textId="7D8CEE5F" w:rsidR="00FB05A0" w:rsidRPr="00FB05A0" w:rsidRDefault="00FB05A0" w:rsidP="00FB05A0">
      <w:pPr>
        <w:rPr>
          <w:lang w:val="sr-Latn-RS"/>
        </w:rPr>
      </w:pPr>
    </w:p>
    <w:p w14:paraId="2808EA17" w14:textId="3C0EDDCD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Da li ponuđena cena uključuje sve poreze, doprinose i druge obavezne troškove?</w:t>
      </w:r>
      <w:r w:rsidRPr="00FB05A0">
        <w:rPr>
          <w:lang w:val="sr-Latn-RS"/>
        </w:rPr>
        <w:br/>
        <w:t>☐ Da</w:t>
      </w:r>
      <w:r w:rsidRPr="00FB05A0">
        <w:rPr>
          <w:lang w:val="sr-Latn-RS"/>
        </w:rPr>
        <w:br/>
        <w:t xml:space="preserve">☐ Ne – navesti koji troškovi nisu uključeni: </w:t>
      </w:r>
    </w:p>
    <w:p w14:paraId="79093E15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Dodatni troškovi (ukoliko postoje):</w:t>
      </w:r>
    </w:p>
    <w:p w14:paraId="729FB006" w14:textId="215FDD90" w:rsidR="00FB05A0" w:rsidRPr="00FB05A0" w:rsidRDefault="00FB05A0" w:rsidP="00FB05A0">
      <w:pPr>
        <w:rPr>
          <w:lang w:val="sr-Latn-RS"/>
        </w:rPr>
      </w:pPr>
    </w:p>
    <w:p w14:paraId="7330D4E1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Ukupna ponuđena cena, uključujući sve troškove koje snosi FRS:</w:t>
      </w:r>
    </w:p>
    <w:p w14:paraId="3363C1F0" w14:textId="75C399DA" w:rsidR="00FB05A0" w:rsidRPr="00FB05A0" w:rsidRDefault="00FB05A0" w:rsidP="00FB05A0">
      <w:pPr>
        <w:rPr>
          <w:lang w:val="sr-Latn-RS"/>
        </w:rPr>
      </w:pPr>
    </w:p>
    <w:p w14:paraId="1513D3F4" w14:textId="77777777" w:rsidR="00FB05A0" w:rsidRPr="00FB05A0" w:rsidRDefault="00FB05A0" w:rsidP="00FB05A0">
      <w:pPr>
        <w:rPr>
          <w:lang w:val="sr-Latn-RS"/>
        </w:rPr>
      </w:pPr>
      <w:r w:rsidRPr="00FB05A0">
        <w:rPr>
          <w:lang w:val="sr-Latn-RS"/>
        </w:rPr>
        <w:t>Cena mora biti jasno definisana kao ukupan trošak angažovanja za FRS. Finansijska ponuda mora omogućiti poređenje ponuđača koji posluju u različitim poreskim režimima.</w:t>
      </w:r>
    </w:p>
    <w:p w14:paraId="34B70139" w14:textId="77777777" w:rsidR="00FB05A0" w:rsidRPr="00FB05A0" w:rsidRDefault="00FB05A0" w:rsidP="00FB05A0">
      <w:pPr>
        <w:rPr>
          <w:lang w:val="sr-Latn-RS"/>
        </w:rPr>
      </w:pPr>
      <w:r w:rsidRPr="00FB05A0">
        <w:rPr>
          <w:lang w:val="sr-Latn-RS"/>
        </w:rPr>
        <w:t>Cena po ekspertskom danu ostaje fiksna tokom ugovorenog perioda, osim ukoliko ugovorom, uz saglasnost FRS-a, nije drugačije predviđeno.</w:t>
      </w:r>
    </w:p>
    <w:p w14:paraId="6BB6A96B" w14:textId="77777777" w:rsidR="00FB05A0" w:rsidRPr="00FB05A0" w:rsidRDefault="00FB05A0" w:rsidP="00FB05A0">
      <w:pPr>
        <w:rPr>
          <w:b/>
          <w:bCs/>
          <w:lang w:val="sr-Latn-RS"/>
        </w:rPr>
      </w:pPr>
      <w:r w:rsidRPr="00FB05A0">
        <w:rPr>
          <w:b/>
          <w:bCs/>
          <w:lang w:val="sr-Latn-RS"/>
        </w:rPr>
        <w:t>E. Izjava ponuđača</w:t>
      </w:r>
    </w:p>
    <w:p w14:paraId="598E532C" w14:textId="77777777" w:rsidR="00FB05A0" w:rsidRPr="00FB05A0" w:rsidRDefault="00FB05A0" w:rsidP="00FB05A0">
      <w:pPr>
        <w:rPr>
          <w:lang w:val="sr-Latn-RS"/>
        </w:rPr>
      </w:pPr>
      <w:r w:rsidRPr="00FB05A0">
        <w:rPr>
          <w:lang w:val="sr-Latn-RS"/>
        </w:rPr>
        <w:t>Pod punom odgovornošću izjavljujem:</w:t>
      </w:r>
    </w:p>
    <w:p w14:paraId="4419AF01" w14:textId="77777777" w:rsidR="00FB05A0" w:rsidRPr="00FB05A0" w:rsidRDefault="00FB05A0" w:rsidP="00FB05A0">
      <w:pPr>
        <w:numPr>
          <w:ilvl w:val="0"/>
          <w:numId w:val="18"/>
        </w:numPr>
        <w:rPr>
          <w:lang w:val="sr-Latn-RS"/>
        </w:rPr>
      </w:pPr>
      <w:r w:rsidRPr="00FB05A0">
        <w:rPr>
          <w:lang w:val="sr-Latn-RS"/>
        </w:rPr>
        <w:t>Da su svi podaci navedeni u ponudi tačni i potpuni;</w:t>
      </w:r>
    </w:p>
    <w:p w14:paraId="285B820C" w14:textId="77777777" w:rsidR="00FB05A0" w:rsidRPr="00FB05A0" w:rsidRDefault="00FB05A0" w:rsidP="00FB05A0">
      <w:pPr>
        <w:numPr>
          <w:ilvl w:val="0"/>
          <w:numId w:val="18"/>
        </w:numPr>
        <w:rPr>
          <w:lang w:val="sr-Latn-RS"/>
        </w:rPr>
      </w:pPr>
      <w:r w:rsidRPr="00FB05A0">
        <w:rPr>
          <w:lang w:val="sr-Latn-RS"/>
        </w:rPr>
        <w:t>Da posedujem, odnosno da imenovani stručnjaci poseduju potrebne kvalifikacije i profesionalna ovlašćenja za pružanje ponuđenih usluga;</w:t>
      </w:r>
    </w:p>
    <w:p w14:paraId="5998C12D" w14:textId="77777777" w:rsidR="00FB05A0" w:rsidRPr="00FB05A0" w:rsidRDefault="00FB05A0" w:rsidP="00FB05A0">
      <w:pPr>
        <w:numPr>
          <w:ilvl w:val="0"/>
          <w:numId w:val="18"/>
        </w:numPr>
        <w:rPr>
          <w:lang w:val="sr-Latn-RS"/>
        </w:rPr>
      </w:pPr>
      <w:r w:rsidRPr="00FB05A0">
        <w:rPr>
          <w:lang w:val="sr-Latn-RS"/>
        </w:rPr>
        <w:t>Da ne postoji neprijavljeni sukob interesa koji bi mogao uticati na nepristrasno izvršenje ugovora;</w:t>
      </w:r>
    </w:p>
    <w:p w14:paraId="5437CBBD" w14:textId="77777777" w:rsidR="00FB05A0" w:rsidRPr="00FB05A0" w:rsidRDefault="00FB05A0" w:rsidP="00FB05A0">
      <w:pPr>
        <w:numPr>
          <w:ilvl w:val="0"/>
          <w:numId w:val="18"/>
        </w:numPr>
        <w:rPr>
          <w:lang w:val="sr-Latn-RS"/>
        </w:rPr>
      </w:pPr>
      <w:r w:rsidRPr="00FB05A0">
        <w:rPr>
          <w:lang w:val="sr-Latn-RS"/>
        </w:rPr>
        <w:t>Da prihvatam obavezu čuvanja poverljivosti ličnih i poslovnih podataka korisnika;</w:t>
      </w:r>
    </w:p>
    <w:p w14:paraId="7B8FFD2E" w14:textId="77777777" w:rsidR="00FB05A0" w:rsidRPr="00FB05A0" w:rsidRDefault="00FB05A0" w:rsidP="00FB05A0">
      <w:pPr>
        <w:numPr>
          <w:ilvl w:val="0"/>
          <w:numId w:val="18"/>
        </w:numPr>
        <w:rPr>
          <w:lang w:val="sr-Latn-RS"/>
        </w:rPr>
      </w:pPr>
      <w:r w:rsidRPr="00FB05A0">
        <w:rPr>
          <w:lang w:val="sr-Latn-RS"/>
        </w:rPr>
        <w:t>Da sam upoznat/a sa uslovima javnog poziva i zahtevima za dokumentovanje izvršenih usluga;</w:t>
      </w:r>
    </w:p>
    <w:p w14:paraId="5DF0C0A6" w14:textId="77777777" w:rsidR="00FB05A0" w:rsidRPr="00FB05A0" w:rsidRDefault="00FB05A0" w:rsidP="00FB05A0">
      <w:pPr>
        <w:numPr>
          <w:ilvl w:val="0"/>
          <w:numId w:val="18"/>
        </w:numPr>
        <w:rPr>
          <w:lang w:val="sr-Latn-RS"/>
        </w:rPr>
      </w:pPr>
      <w:r w:rsidRPr="00FB05A0">
        <w:rPr>
          <w:lang w:val="sr-Latn-RS"/>
        </w:rPr>
        <w:t>Da ponuđena finansijska naknada obuhvata sve troškove koji su u ponudi navedeni kao uključeni.</w:t>
      </w:r>
    </w:p>
    <w:p w14:paraId="781B92B8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Mesto i datum:</w:t>
      </w:r>
      <w:r w:rsidRPr="00FB05A0">
        <w:rPr>
          <w:lang w:val="sr-Latn-RS"/>
        </w:rPr>
        <w:t xml:space="preserve"> ________________________________</w:t>
      </w:r>
    </w:p>
    <w:p w14:paraId="54D884B2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Ime i prezime ovlašćenog lica:</w:t>
      </w:r>
      <w:r w:rsidRPr="00FB05A0">
        <w:rPr>
          <w:lang w:val="sr-Latn-RS"/>
        </w:rPr>
        <w:t xml:space="preserve"> __________________</w:t>
      </w:r>
    </w:p>
    <w:p w14:paraId="11677137" w14:textId="77777777" w:rsidR="00FB05A0" w:rsidRPr="00FB05A0" w:rsidRDefault="00FB05A0" w:rsidP="00FB05A0">
      <w:pPr>
        <w:rPr>
          <w:lang w:val="sr-Latn-RS"/>
        </w:rPr>
      </w:pPr>
      <w:r w:rsidRPr="00FB05A0">
        <w:rPr>
          <w:b/>
          <w:bCs/>
          <w:lang w:val="sr-Latn-RS"/>
        </w:rPr>
        <w:t>Potpis:</w:t>
      </w:r>
      <w:r w:rsidRPr="00FB05A0">
        <w:rPr>
          <w:lang w:val="sr-Latn-RS"/>
        </w:rPr>
        <w:t xml:space="preserve"> _______________________________________</w:t>
      </w:r>
    </w:p>
    <w:p w14:paraId="10CD8C59" w14:textId="77777777" w:rsidR="00FB05A0" w:rsidRPr="00FB05A0" w:rsidRDefault="00FB05A0" w:rsidP="00FB05A0"/>
    <w:sectPr w:rsidR="00FB05A0" w:rsidRPr="00FB05A0" w:rsidSect="00034616">
      <w:pgSz w:w="12240" w:h="15840"/>
      <w:pgMar w:top="1134" w:right="1332" w:bottom="1020" w:left="13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73A0C" w14:textId="77777777" w:rsidR="00082557" w:rsidRDefault="00082557">
      <w:pPr>
        <w:spacing w:after="0" w:line="240" w:lineRule="auto"/>
      </w:pPr>
      <w:r>
        <w:separator/>
      </w:r>
    </w:p>
  </w:endnote>
  <w:endnote w:type="continuationSeparator" w:id="0">
    <w:p w14:paraId="5F31311E" w14:textId="77777777" w:rsidR="00082557" w:rsidRDefault="00082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6280F" w14:textId="77777777" w:rsidR="00082557" w:rsidRDefault="00082557">
      <w:pPr>
        <w:spacing w:after="0" w:line="240" w:lineRule="auto"/>
      </w:pPr>
      <w:r>
        <w:separator/>
      </w:r>
    </w:p>
  </w:footnote>
  <w:footnote w:type="continuationSeparator" w:id="0">
    <w:p w14:paraId="3507DDAF" w14:textId="77777777" w:rsidR="00082557" w:rsidRDefault="000825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F8461E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1F013D"/>
    <w:multiLevelType w:val="multilevel"/>
    <w:tmpl w:val="769E2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AE10441"/>
    <w:multiLevelType w:val="multilevel"/>
    <w:tmpl w:val="BBFE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6C0CB1"/>
    <w:multiLevelType w:val="multilevel"/>
    <w:tmpl w:val="40D48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BF6DBC"/>
    <w:multiLevelType w:val="multilevel"/>
    <w:tmpl w:val="2ADCA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7D6D43"/>
    <w:multiLevelType w:val="multilevel"/>
    <w:tmpl w:val="066E2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A65D7D"/>
    <w:multiLevelType w:val="multilevel"/>
    <w:tmpl w:val="C0565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BB620E"/>
    <w:multiLevelType w:val="multilevel"/>
    <w:tmpl w:val="ECAE5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874C27"/>
    <w:multiLevelType w:val="multilevel"/>
    <w:tmpl w:val="95D6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985E6F"/>
    <w:multiLevelType w:val="multilevel"/>
    <w:tmpl w:val="3C6A0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6038429">
    <w:abstractNumId w:val="8"/>
  </w:num>
  <w:num w:numId="2" w16cid:durableId="1440175392">
    <w:abstractNumId w:val="6"/>
  </w:num>
  <w:num w:numId="3" w16cid:durableId="1625502098">
    <w:abstractNumId w:val="5"/>
  </w:num>
  <w:num w:numId="4" w16cid:durableId="1891838950">
    <w:abstractNumId w:val="4"/>
  </w:num>
  <w:num w:numId="5" w16cid:durableId="36787147">
    <w:abstractNumId w:val="7"/>
  </w:num>
  <w:num w:numId="6" w16cid:durableId="1277255894">
    <w:abstractNumId w:val="3"/>
  </w:num>
  <w:num w:numId="7" w16cid:durableId="1262910582">
    <w:abstractNumId w:val="2"/>
  </w:num>
  <w:num w:numId="8" w16cid:durableId="713428192">
    <w:abstractNumId w:val="1"/>
  </w:num>
  <w:num w:numId="9" w16cid:durableId="269364960">
    <w:abstractNumId w:val="0"/>
  </w:num>
  <w:num w:numId="10" w16cid:durableId="207378233">
    <w:abstractNumId w:val="11"/>
  </w:num>
  <w:num w:numId="11" w16cid:durableId="345907098">
    <w:abstractNumId w:val="17"/>
  </w:num>
  <w:num w:numId="12" w16cid:durableId="713502152">
    <w:abstractNumId w:val="10"/>
  </w:num>
  <w:num w:numId="13" w16cid:durableId="1524443282">
    <w:abstractNumId w:val="9"/>
  </w:num>
  <w:num w:numId="14" w16cid:durableId="2019193658">
    <w:abstractNumId w:val="12"/>
  </w:num>
  <w:num w:numId="15" w16cid:durableId="1521889141">
    <w:abstractNumId w:val="15"/>
  </w:num>
  <w:num w:numId="16" w16cid:durableId="299457456">
    <w:abstractNumId w:val="14"/>
  </w:num>
  <w:num w:numId="17" w16cid:durableId="2098624822">
    <w:abstractNumId w:val="13"/>
  </w:num>
  <w:num w:numId="18" w16cid:durableId="192711196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2557"/>
    <w:rsid w:val="000A79F5"/>
    <w:rsid w:val="000D2632"/>
    <w:rsid w:val="0015074B"/>
    <w:rsid w:val="00167E53"/>
    <w:rsid w:val="0029639D"/>
    <w:rsid w:val="002D66E4"/>
    <w:rsid w:val="002F49BC"/>
    <w:rsid w:val="00326F90"/>
    <w:rsid w:val="00397F99"/>
    <w:rsid w:val="003E5388"/>
    <w:rsid w:val="004C09D1"/>
    <w:rsid w:val="004D7E76"/>
    <w:rsid w:val="004E7C40"/>
    <w:rsid w:val="0066620D"/>
    <w:rsid w:val="00793086"/>
    <w:rsid w:val="008168F8"/>
    <w:rsid w:val="008E587F"/>
    <w:rsid w:val="00A02931"/>
    <w:rsid w:val="00A52B21"/>
    <w:rsid w:val="00A54070"/>
    <w:rsid w:val="00AA1D8D"/>
    <w:rsid w:val="00B47730"/>
    <w:rsid w:val="00C30087"/>
    <w:rsid w:val="00C94783"/>
    <w:rsid w:val="00CB0664"/>
    <w:rsid w:val="00D22CCF"/>
    <w:rsid w:val="00D42640"/>
    <w:rsid w:val="00F55F3C"/>
    <w:rsid w:val="00FB05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2B33B3"/>
  <w14:defaultImageDpi w14:val="300"/>
  <w15:docId w15:val="{4660FA53-DC18-42D0-BA46-E893FFCD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375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506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93752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B05A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05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Rada Krstanovic</cp:lastModifiedBy>
  <cp:revision>2</cp:revision>
  <dcterms:created xsi:type="dcterms:W3CDTF">2026-10-29T09:42:00Z</dcterms:created>
  <dcterms:modified xsi:type="dcterms:W3CDTF">2026-10-29T09:42:00Z</dcterms:modified>
  <cp:category/>
</cp:coreProperties>
</file>